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395DF" w14:textId="77777777" w:rsidR="00696A91" w:rsidRDefault="00F17573">
      <w:pPr>
        <w:jc w:val="right"/>
      </w:pPr>
      <w:r>
        <w:t>令和</w:t>
      </w:r>
      <w:r>
        <w:t>8</w:t>
      </w:r>
      <w:r>
        <w:t>年</w:t>
      </w:r>
      <w:r>
        <w:t>10</w:t>
      </w:r>
      <w:r>
        <w:t>月</w:t>
      </w:r>
      <w:r>
        <w:t>8</w:t>
      </w:r>
      <w:r>
        <w:t>日</w:t>
      </w:r>
    </w:p>
    <w:p w14:paraId="3F897489" w14:textId="77777777" w:rsidR="00696A91" w:rsidRDefault="00F17573">
      <w:r>
        <w:t>各団体責任者及び会員の皆様</w:t>
      </w:r>
    </w:p>
    <w:p w14:paraId="17489499" w14:textId="77777777" w:rsidR="00696A91" w:rsidRDefault="00F17573">
      <w:pPr>
        <w:jc w:val="center"/>
      </w:pPr>
      <w:r>
        <w:rPr>
          <w:b/>
          <w:sz w:val="28"/>
        </w:rPr>
        <w:t>第</w:t>
      </w:r>
      <w:r>
        <w:rPr>
          <w:b/>
          <w:sz w:val="28"/>
        </w:rPr>
        <w:t>21</w:t>
      </w:r>
      <w:r>
        <w:rPr>
          <w:b/>
          <w:sz w:val="28"/>
        </w:rPr>
        <w:t>回熊本県中学生空手道新人大会の申込みについて</w:t>
      </w:r>
    </w:p>
    <w:p w14:paraId="5679697A" w14:textId="77777777" w:rsidR="00696A91" w:rsidRDefault="00F17573">
      <w:r>
        <w:t>平素より熊本県空手道連盟の大会運営にご理解とご協力を賜り、誠にありがとうございます。</w:t>
      </w:r>
    </w:p>
    <w:p w14:paraId="0AD05A7F" w14:textId="77777777" w:rsidR="00696A91" w:rsidRDefault="00F17573">
      <w:r>
        <w:t>第</w:t>
      </w:r>
      <w:r>
        <w:t>21</w:t>
      </w:r>
      <w:r>
        <w:t>回熊本県中学生空手道新人大会の申込みにあたり、下記の事項についてご確認いただき、お間違えのないようお手続きをお願いいたします。</w:t>
      </w:r>
    </w:p>
    <w:p w14:paraId="762C6033" w14:textId="77777777" w:rsidR="00696A91" w:rsidRDefault="00F17573">
      <w:r>
        <w:rPr>
          <w:b/>
        </w:rPr>
        <w:t>【申込時の注意事項】</w:t>
      </w:r>
    </w:p>
    <w:p w14:paraId="1F7368DC" w14:textId="77777777" w:rsidR="00696A91" w:rsidRDefault="00F17573">
      <w:r>
        <w:rPr>
          <w:b/>
        </w:rPr>
        <w:t>1</w:t>
      </w:r>
      <w:r>
        <w:rPr>
          <w:b/>
        </w:rPr>
        <w:t>．申込書の所属欄について</w:t>
      </w:r>
    </w:p>
    <w:p w14:paraId="298A7BCB" w14:textId="77777777" w:rsidR="00696A91" w:rsidRDefault="00F17573">
      <w:r>
        <w:t>申込書には、所属道場名及び学校名の両方を必ず記載してください。</w:t>
      </w:r>
    </w:p>
    <w:p w14:paraId="40BBD33E" w14:textId="77777777" w:rsidR="00696A91" w:rsidRDefault="00F17573">
      <w:r>
        <w:rPr>
          <w:b/>
        </w:rPr>
        <w:t>2</w:t>
      </w:r>
      <w:r>
        <w:rPr>
          <w:b/>
        </w:rPr>
        <w:t>．学校の部活動のみに所属する選手について</w:t>
      </w:r>
    </w:p>
    <w:p w14:paraId="00A3C9B8" w14:textId="77777777" w:rsidR="00696A91" w:rsidRDefault="00F17573">
      <w:r>
        <w:t>道場に所属せず、学校の部活動のみで活動している選手については、学校名のみを記載してください。</w:t>
      </w:r>
    </w:p>
    <w:p w14:paraId="267E434E" w14:textId="77777777" w:rsidR="00696A91" w:rsidRDefault="00F17573">
      <w:r>
        <w:rPr>
          <w:b/>
        </w:rPr>
        <w:t>3</w:t>
      </w:r>
      <w:r>
        <w:rPr>
          <w:b/>
        </w:rPr>
        <w:t>．大会エントリー及び胸章について</w:t>
      </w:r>
    </w:p>
    <w:p w14:paraId="54E8C84D" w14:textId="77777777" w:rsidR="00696A91" w:rsidRDefault="00F17573">
      <w:r>
        <w:t>本大会は、学校名でのエントリーとなります。</w:t>
      </w:r>
      <w:r>
        <w:br/>
      </w:r>
      <w:r>
        <w:t>そのため、胸章についても大会要項に記載のとおり、学校名を表示したものをご使用ください。道場名の胸章とお間違えのないようお願いいたします。</w:t>
      </w:r>
    </w:p>
    <w:p w14:paraId="01590376" w14:textId="77777777" w:rsidR="00696A91" w:rsidRDefault="00F17573">
      <w:r>
        <w:t>申込内容に不備がないよう、各団体の責任者におかれましては、提出前に十分ご確認くださいますようお願いいたします。</w:t>
      </w:r>
    </w:p>
    <w:p w14:paraId="4EE67A9E" w14:textId="77777777" w:rsidR="00696A91" w:rsidRDefault="00F17573">
      <w:r>
        <w:t>皆様のご理解とご協力をよろしくお願いいたします。</w:t>
      </w:r>
    </w:p>
    <w:p w14:paraId="7AFAD471" w14:textId="77777777" w:rsidR="00696A91" w:rsidRDefault="00F17573">
      <w:pPr>
        <w:jc w:val="right"/>
      </w:pPr>
      <w:r>
        <w:t>中学生大会企画運営部会</w:t>
      </w:r>
      <w:r>
        <w:br/>
      </w:r>
      <w:r>
        <w:t>部会長　藤岡</w:t>
      </w:r>
      <w:r>
        <w:t xml:space="preserve"> </w:t>
      </w:r>
      <w:r>
        <w:t>孝史</w:t>
      </w:r>
    </w:p>
    <w:sectPr w:rsidR="00696A91" w:rsidSect="00034616">
      <w:pgSz w:w="12240" w:h="15840"/>
      <w:pgMar w:top="1361" w:right="1800" w:bottom="130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5983890">
    <w:abstractNumId w:val="8"/>
  </w:num>
  <w:num w:numId="2" w16cid:durableId="1003631293">
    <w:abstractNumId w:val="6"/>
  </w:num>
  <w:num w:numId="3" w16cid:durableId="2013752472">
    <w:abstractNumId w:val="5"/>
  </w:num>
  <w:num w:numId="4" w16cid:durableId="674265730">
    <w:abstractNumId w:val="4"/>
  </w:num>
  <w:num w:numId="5" w16cid:durableId="1175606352">
    <w:abstractNumId w:val="7"/>
  </w:num>
  <w:num w:numId="6" w16cid:durableId="1630434634">
    <w:abstractNumId w:val="3"/>
  </w:num>
  <w:num w:numId="7" w16cid:durableId="704410279">
    <w:abstractNumId w:val="2"/>
  </w:num>
  <w:num w:numId="8" w16cid:durableId="932006426">
    <w:abstractNumId w:val="1"/>
  </w:num>
  <w:num w:numId="9" w16cid:durableId="200287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34B6"/>
    <w:rsid w:val="00240530"/>
    <w:rsid w:val="0029639D"/>
    <w:rsid w:val="00326F90"/>
    <w:rsid w:val="00357122"/>
    <w:rsid w:val="00696A91"/>
    <w:rsid w:val="00AA1D8D"/>
    <w:rsid w:val="00B47730"/>
    <w:rsid w:val="00C2773A"/>
    <w:rsid w:val="00CB0664"/>
    <w:rsid w:val="00F175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13995E"/>
  <w14:defaultImageDpi w14:val="300"/>
  <w15:docId w15:val="{AFA02556-33DC-40E9-880C-03F2C002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明朝" w:hAnsi="游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あや 矢野</cp:lastModifiedBy>
  <cp:revision>2</cp:revision>
  <dcterms:created xsi:type="dcterms:W3CDTF">2026-10-08T10:30:00Z</dcterms:created>
  <dcterms:modified xsi:type="dcterms:W3CDTF">2026-10-08T10:30:00Z</dcterms:modified>
  <cp:category/>
</cp:coreProperties>
</file>